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5EA6F" w14:textId="1CD1DA35" w:rsidR="007E523B" w:rsidRDefault="4C184756" w:rsidP="428BE6F6">
      <w:pPr>
        <w:jc w:val="center"/>
      </w:pPr>
      <w:r>
        <w:rPr>
          <w:noProof/>
        </w:rPr>
        <w:drawing>
          <wp:inline distT="0" distB="0" distL="0" distR="0" wp14:anchorId="2F18492E" wp14:editId="157D0C62">
            <wp:extent cx="2686425" cy="800212"/>
            <wp:effectExtent l="0" t="0" r="0" b="0"/>
            <wp:docPr id="104060632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606325" name="Picture 104060632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425" cy="80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5815">
        <w:br/>
      </w:r>
      <w:r w:rsidR="428BE6F6" w:rsidRPr="428BE6F6">
        <w:rPr>
          <w:b/>
          <w:bCs/>
          <w:sz w:val="28"/>
          <w:szCs w:val="28"/>
        </w:rPr>
        <w:t>Volunteer Board Application</w:t>
      </w:r>
    </w:p>
    <w:p w14:paraId="00A44DAB" w14:textId="16F69F65" w:rsidR="48E1D4CC" w:rsidRDefault="48E1D4CC" w:rsidP="428BE6F6">
      <w:pPr>
        <w:jc w:val="center"/>
      </w:pPr>
      <w:r>
        <w:t>Return to Salisbury City Hall, 128 W 2</w:t>
      </w:r>
      <w:r w:rsidRPr="428BE6F6">
        <w:rPr>
          <w:vertAlign w:val="superscript"/>
        </w:rPr>
        <w:t>nd</w:t>
      </w:r>
      <w:r>
        <w:t xml:space="preserve"> St, Salisbury, MO 65281 or email to cityclerk@salisburymo.net</w:t>
      </w:r>
    </w:p>
    <w:p w14:paraId="5EFB1742" w14:textId="77777777" w:rsidR="007E523B" w:rsidRDefault="00E15815">
      <w:r>
        <w:t>Name: ______________________________________________</w:t>
      </w:r>
    </w:p>
    <w:p w14:paraId="79214839" w14:textId="77777777" w:rsidR="007E523B" w:rsidRDefault="428BE6F6">
      <w:r>
        <w:t>Address: ______________________________________________</w:t>
      </w:r>
    </w:p>
    <w:p w14:paraId="5D091DA6" w14:textId="5A642CFD" w:rsidR="007E523B" w:rsidRDefault="428BE6F6">
      <w:r>
        <w:t>Cell Phone: ____________________________________________</w:t>
      </w:r>
    </w:p>
    <w:p w14:paraId="7B38425D" w14:textId="221369B5" w:rsidR="007E523B" w:rsidRDefault="428BE6F6">
      <w:r>
        <w:t>Email Address: ___________________________________________</w:t>
      </w:r>
    </w:p>
    <w:p w14:paraId="15403389" w14:textId="77777777" w:rsidR="007E523B" w:rsidRDefault="00E15815">
      <w:r>
        <w:rPr>
          <w:b/>
        </w:rPr>
        <w:t>Board Preference (1 = Most Desired)</w:t>
      </w:r>
    </w:p>
    <w:p w14:paraId="7E3EC2B8" w14:textId="77777777" w:rsidR="007E523B" w:rsidRDefault="00E15815">
      <w:r>
        <w:t>_____ Park Board</w:t>
      </w:r>
    </w:p>
    <w:p w14:paraId="4EB20DBE" w14:textId="77777777" w:rsidR="007E523B" w:rsidRDefault="00E15815">
      <w:r>
        <w:t>_____ Dulany Library Board</w:t>
      </w:r>
    </w:p>
    <w:p w14:paraId="47E61FD0" w14:textId="77777777" w:rsidR="007E523B" w:rsidRDefault="00E15815">
      <w:r>
        <w:t>_____ Planning &amp; Zoning Commission</w:t>
      </w:r>
    </w:p>
    <w:p w14:paraId="57BD6DE9" w14:textId="77777777" w:rsidR="007E523B" w:rsidRDefault="00E15815">
      <w:r>
        <w:t>_____ Board of Public Works</w:t>
      </w:r>
    </w:p>
    <w:p w14:paraId="06BF716F" w14:textId="04D6B6C4" w:rsidR="007E523B" w:rsidRDefault="428BE6F6" w:rsidP="428BE6F6">
      <w:pPr>
        <w:rPr>
          <w:b/>
          <w:bCs/>
        </w:rPr>
      </w:pPr>
      <w:r w:rsidRPr="428BE6F6">
        <w:rPr>
          <w:b/>
          <w:bCs/>
        </w:rPr>
        <w:t>Please briefly explain why you would like to be appointed to a Board or Commission</w:t>
      </w:r>
      <w:r w:rsidR="3BD00CDF" w:rsidRPr="428BE6F6">
        <w:rPr>
          <w:b/>
          <w:bCs/>
        </w:rPr>
        <w:t xml:space="preserve"> and any education, experience, or community involvement that would assist you in serving</w:t>
      </w:r>
      <w:r w:rsidRPr="428BE6F6">
        <w:rPr>
          <w:b/>
          <w:bCs/>
        </w:rPr>
        <w:t>:</w:t>
      </w:r>
    </w:p>
    <w:p w14:paraId="28977C73" w14:textId="3C10CD70" w:rsidR="007E523B" w:rsidRDefault="428BE6F6">
      <w:r>
        <w:t>________________________________________________</w:t>
      </w:r>
      <w:r w:rsidR="32426812">
        <w:t>__________________</w:t>
      </w:r>
      <w:r>
        <w:t>____________</w:t>
      </w:r>
    </w:p>
    <w:p w14:paraId="0E4679E3" w14:textId="726D3AFB" w:rsidR="007E523B" w:rsidRDefault="428BE6F6">
      <w:r>
        <w:t>____________________________________________________________</w:t>
      </w:r>
      <w:r w:rsidR="7010C8EF">
        <w:t>__________________</w:t>
      </w:r>
    </w:p>
    <w:p w14:paraId="7623152B" w14:textId="5B0D0A0F" w:rsidR="007E523B" w:rsidRDefault="428BE6F6">
      <w:r>
        <w:t>____________________________________________________________</w:t>
      </w:r>
      <w:r w:rsidR="777CB99B">
        <w:t>__________________</w:t>
      </w:r>
    </w:p>
    <w:p w14:paraId="099560DF" w14:textId="08F545F3" w:rsidR="007E523B" w:rsidRDefault="428BE6F6">
      <w:r>
        <w:t>____________________________________________________________</w:t>
      </w:r>
      <w:r w:rsidR="048B04E0">
        <w:t>__________________</w:t>
      </w:r>
    </w:p>
    <w:p w14:paraId="154F2BC8" w14:textId="211005C8" w:rsidR="007E523B" w:rsidRDefault="428BE6F6">
      <w:r>
        <w:t>____________________________________________________________</w:t>
      </w:r>
      <w:r w:rsidR="41014CCB">
        <w:t>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7E523B" w14:paraId="0994636B" w14:textId="77777777" w:rsidTr="4606017A">
        <w:tc>
          <w:tcPr>
            <w:tcW w:w="4320" w:type="dxa"/>
          </w:tcPr>
          <w:p w14:paraId="4CCB031D" w14:textId="77777777" w:rsidR="007E523B" w:rsidRDefault="00E15815">
            <w:r>
              <w:t>Signature</w:t>
            </w:r>
          </w:p>
        </w:tc>
        <w:tc>
          <w:tcPr>
            <w:tcW w:w="4320" w:type="dxa"/>
          </w:tcPr>
          <w:p w14:paraId="491072FA" w14:textId="77777777" w:rsidR="007E523B" w:rsidRDefault="00E15815">
            <w:r>
              <w:t>Date</w:t>
            </w:r>
          </w:p>
        </w:tc>
      </w:tr>
      <w:tr w:rsidR="007E523B" w14:paraId="672A6659" w14:textId="77777777" w:rsidTr="4606017A">
        <w:tc>
          <w:tcPr>
            <w:tcW w:w="4320" w:type="dxa"/>
          </w:tcPr>
          <w:p w14:paraId="0A37501D" w14:textId="77777777" w:rsidR="007E523B" w:rsidRDefault="007E523B"/>
        </w:tc>
        <w:tc>
          <w:tcPr>
            <w:tcW w:w="4320" w:type="dxa"/>
          </w:tcPr>
          <w:p w14:paraId="5DAB6C7B" w14:textId="77777777" w:rsidR="007E523B" w:rsidRDefault="007E523B"/>
        </w:tc>
      </w:tr>
    </w:tbl>
    <w:p w14:paraId="6DAA3047" w14:textId="5E7B5814" w:rsidR="4606017A" w:rsidRDefault="4606017A" w:rsidP="4606017A">
      <w:pPr>
        <w:rPr>
          <w:b/>
          <w:bCs/>
        </w:rPr>
      </w:pPr>
    </w:p>
    <w:p w14:paraId="1B3D960F" w14:textId="716FB06E" w:rsidR="4606017A" w:rsidRDefault="4606017A" w:rsidP="4606017A">
      <w:pPr>
        <w:rPr>
          <w:b/>
          <w:bCs/>
        </w:rPr>
      </w:pPr>
    </w:p>
    <w:p w14:paraId="7A60448C" w14:textId="77777777" w:rsidR="007E523B" w:rsidRDefault="00E15815">
      <w:r>
        <w:rPr>
          <w:b/>
        </w:rPr>
        <w:t>For Office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7E523B" w14:paraId="3E16B882" w14:textId="77777777" w:rsidTr="428BE6F6">
        <w:tc>
          <w:tcPr>
            <w:tcW w:w="4320" w:type="dxa"/>
          </w:tcPr>
          <w:p w14:paraId="20C11044" w14:textId="77777777" w:rsidR="007E523B" w:rsidRDefault="00E15815">
            <w:r>
              <w:t>Date Received:</w:t>
            </w:r>
          </w:p>
        </w:tc>
        <w:tc>
          <w:tcPr>
            <w:tcW w:w="4320" w:type="dxa"/>
          </w:tcPr>
          <w:p w14:paraId="3AF5257D" w14:textId="77777777" w:rsidR="007E523B" w:rsidRDefault="00E15815">
            <w:r>
              <w:t>Appointed to:</w:t>
            </w:r>
          </w:p>
        </w:tc>
      </w:tr>
      <w:tr w:rsidR="007E523B" w14:paraId="6879AA18" w14:textId="77777777" w:rsidTr="428BE6F6">
        <w:tc>
          <w:tcPr>
            <w:tcW w:w="4320" w:type="dxa"/>
          </w:tcPr>
          <w:p w14:paraId="771FFDA4" w14:textId="2E029A46" w:rsidR="007E523B" w:rsidRDefault="007E523B"/>
        </w:tc>
        <w:tc>
          <w:tcPr>
            <w:tcW w:w="4320" w:type="dxa"/>
          </w:tcPr>
          <w:p w14:paraId="2E05E53F" w14:textId="77777777" w:rsidR="007E523B" w:rsidRDefault="00E15815">
            <w:r>
              <w:t>Date Appointed:</w:t>
            </w:r>
          </w:p>
        </w:tc>
      </w:tr>
      <w:tr w:rsidR="007E523B" w14:paraId="0DC3A81A" w14:textId="77777777" w:rsidTr="428BE6F6">
        <w:tc>
          <w:tcPr>
            <w:tcW w:w="4320" w:type="dxa"/>
          </w:tcPr>
          <w:p w14:paraId="18681D86" w14:textId="327BD61D" w:rsidR="007E523B" w:rsidRDefault="007E523B"/>
        </w:tc>
        <w:tc>
          <w:tcPr>
            <w:tcW w:w="4320" w:type="dxa"/>
          </w:tcPr>
          <w:p w14:paraId="51599511" w14:textId="77777777" w:rsidR="007E523B" w:rsidRDefault="00E15815">
            <w:r>
              <w:t>Term Expires:</w:t>
            </w:r>
          </w:p>
        </w:tc>
      </w:tr>
    </w:tbl>
    <w:p w14:paraId="64FB20A4" w14:textId="77777777" w:rsidR="00E15815" w:rsidRDefault="00E15815"/>
    <w:sectPr w:rsidR="00E15815" w:rsidSect="00034616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7585815">
    <w:abstractNumId w:val="8"/>
  </w:num>
  <w:num w:numId="2" w16cid:durableId="117726937">
    <w:abstractNumId w:val="6"/>
  </w:num>
  <w:num w:numId="3" w16cid:durableId="802307542">
    <w:abstractNumId w:val="5"/>
  </w:num>
  <w:num w:numId="4" w16cid:durableId="828865198">
    <w:abstractNumId w:val="4"/>
  </w:num>
  <w:num w:numId="5" w16cid:durableId="1122267764">
    <w:abstractNumId w:val="7"/>
  </w:num>
  <w:num w:numId="6" w16cid:durableId="719132890">
    <w:abstractNumId w:val="3"/>
  </w:num>
  <w:num w:numId="7" w16cid:durableId="1361127103">
    <w:abstractNumId w:val="2"/>
  </w:num>
  <w:num w:numId="8" w16cid:durableId="1419790865">
    <w:abstractNumId w:val="1"/>
  </w:num>
  <w:num w:numId="9" w16cid:durableId="480659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B1D4B"/>
    <w:rsid w:val="007E15BF"/>
    <w:rsid w:val="007E523B"/>
    <w:rsid w:val="00AA1D8D"/>
    <w:rsid w:val="00B47730"/>
    <w:rsid w:val="00CB0664"/>
    <w:rsid w:val="00E15815"/>
    <w:rsid w:val="00FC693F"/>
    <w:rsid w:val="048B04E0"/>
    <w:rsid w:val="087E74D4"/>
    <w:rsid w:val="09759173"/>
    <w:rsid w:val="0E814908"/>
    <w:rsid w:val="15006605"/>
    <w:rsid w:val="2BB495E2"/>
    <w:rsid w:val="32426812"/>
    <w:rsid w:val="3BD00CDF"/>
    <w:rsid w:val="3C36A03E"/>
    <w:rsid w:val="41014CCB"/>
    <w:rsid w:val="428BE6F6"/>
    <w:rsid w:val="4606017A"/>
    <w:rsid w:val="48E1D4CC"/>
    <w:rsid w:val="4C184756"/>
    <w:rsid w:val="5271DF21"/>
    <w:rsid w:val="57852F4F"/>
    <w:rsid w:val="58F354F8"/>
    <w:rsid w:val="7010C8EF"/>
    <w:rsid w:val="777CB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97A8B748-4CAD-4541-9460-27AC21FD8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1000</Characters>
  <Application>Microsoft Office Word</Application>
  <DocSecurity>0</DocSecurity>
  <Lines>8</Lines>
  <Paragraphs>2</Paragraphs>
  <ScaleCrop>false</ScaleCrop>
  <Manager/>
  <Company/>
  <LinksUpToDate>false</LinksUpToDate>
  <CharactersWithSpaces>1173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Cole</dc:creator>
  <cp:keywords/>
  <dc:description>generated by python-docx</dc:description>
  <cp:lastModifiedBy>Courtney Cole</cp:lastModifiedBy>
  <cp:revision>2</cp:revision>
  <dcterms:created xsi:type="dcterms:W3CDTF">2026-08-06T15:45:00Z</dcterms:created>
  <dcterms:modified xsi:type="dcterms:W3CDTF">2026-08-06T15:45:00Z</dcterms:modified>
  <cp:category/>
</cp:coreProperties>
</file>